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AC587" w14:textId="5209635D" w:rsidR="00F23038" w:rsidRDefault="000B77E5">
      <w:pPr>
        <w:spacing w:after="40"/>
        <w:jc w:val="center"/>
      </w:pPr>
      <w:r>
        <w:rPr>
          <w:b/>
          <w:color w:val="687681"/>
          <w:sz w:val="14"/>
        </w:rPr>
        <w:fldChar w:fldCharType="begin"/>
      </w:r>
      <w:r>
        <w:rPr>
          <w:b/>
          <w:color w:val="687681"/>
          <w:sz w:val="14"/>
        </w:rPr>
        <w:instrText xml:space="preserve"> HYPERLINK "http://www.journalsrj.com" </w:instrText>
      </w:r>
      <w:r>
        <w:rPr>
          <w:b/>
          <w:color w:val="687681"/>
          <w:sz w:val="14"/>
        </w:rPr>
      </w:r>
      <w:r>
        <w:rPr>
          <w:b/>
          <w:color w:val="687681"/>
          <w:sz w:val="14"/>
        </w:rPr>
        <w:fldChar w:fldCharType="separate"/>
      </w:r>
      <w:r w:rsidR="008E0DAE" w:rsidRPr="000B77E5">
        <w:rPr>
          <w:rStyle w:val="Hyperlink"/>
          <w:b/>
          <w:sz w:val="14"/>
        </w:rPr>
        <w:t>SRJ: INTERNATIONAL JOURNAL OF SCIENTIFIC RESEARCH</w:t>
      </w:r>
      <w:r>
        <w:rPr>
          <w:b/>
          <w:color w:val="687681"/>
          <w:sz w:val="14"/>
        </w:rPr>
        <w:fldChar w:fldCharType="end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656"/>
      </w:tblGrid>
      <w:tr w:rsidR="00F23038" w14:paraId="5D54B9B7" w14:textId="77777777">
        <w:tc>
          <w:tcPr>
            <w:tcW w:w="1065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0" w:type="dxa"/>
              <w:bottom w:w="35" w:type="dxa"/>
              <w:right w:w="50" w:type="dxa"/>
            </w:tcMar>
            <w:vAlign w:val="center"/>
          </w:tcPr>
          <w:p w14:paraId="4DA8BC83" w14:textId="3535E595" w:rsidR="00F23038" w:rsidRDefault="00F23038">
            <w:pPr>
              <w:spacing w:after="0"/>
              <w:jc w:val="center"/>
            </w:pPr>
          </w:p>
        </w:tc>
      </w:tr>
    </w:tbl>
    <w:p w14:paraId="1665904D" w14:textId="77777777" w:rsidR="00F23038" w:rsidRDefault="00F23038">
      <w:pPr>
        <w:pBdr>
          <w:bottom w:val="single" w:sz="12" w:space="1" w:color="F4511E"/>
        </w:pBdr>
        <w:spacing w:before="20"/>
      </w:pPr>
    </w:p>
    <w:tbl>
      <w:tblPr>
        <w:tblpPr w:leftFromText="180" w:rightFromText="180" w:vertAnchor="page" w:horzAnchor="margin" w:tblpY="931"/>
        <w:tblW w:w="0" w:type="auto"/>
        <w:tblLayout w:type="fixed"/>
        <w:tblLook w:val="04A0" w:firstRow="1" w:lastRow="0" w:firstColumn="1" w:lastColumn="0" w:noHBand="0" w:noVBand="1"/>
      </w:tblPr>
      <w:tblGrid>
        <w:gridCol w:w="3651"/>
        <w:gridCol w:w="3496"/>
        <w:gridCol w:w="3496"/>
      </w:tblGrid>
      <w:tr w:rsidR="00F23038" w14:paraId="6576BBAD" w14:textId="77777777" w:rsidTr="00493F5C">
        <w:trPr>
          <w:trHeight w:val="724"/>
        </w:trPr>
        <w:tc>
          <w:tcPr>
            <w:tcW w:w="3651" w:type="dxa"/>
            <w:tcBorders>
              <w:top w:val="single" w:sz="4" w:space="0" w:color="B8C5D0"/>
              <w:left w:val="single" w:sz="4" w:space="0" w:color="B8C5D0"/>
              <w:bottom w:val="single" w:sz="4" w:space="0" w:color="B8C5D0"/>
              <w:right w:val="single" w:sz="4" w:space="0" w:color="B8C5D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15DA640" w14:textId="77777777" w:rsidR="00F23038" w:rsidRPr="00493F5C" w:rsidRDefault="008E0DAE" w:rsidP="00493F5C">
            <w:pPr>
              <w:rPr>
                <w:sz w:val="20"/>
                <w:szCs w:val="24"/>
              </w:rPr>
            </w:pPr>
            <w:bookmarkStart w:id="0" w:name="_Hlk241785628"/>
            <w:r w:rsidRPr="00493F5C">
              <w:rPr>
                <w:b/>
                <w:color w:val="173A5E"/>
                <w:sz w:val="18"/>
                <w:szCs w:val="24"/>
              </w:rPr>
              <w:t xml:space="preserve">VOLUME </w:t>
            </w:r>
            <w:proofErr w:type="gramStart"/>
            <w:r w:rsidRPr="00493F5C">
              <w:rPr>
                <w:b/>
                <w:color w:val="173A5E"/>
                <w:sz w:val="18"/>
                <w:szCs w:val="24"/>
              </w:rPr>
              <w:t>01  |</w:t>
            </w:r>
            <w:proofErr w:type="gramEnd"/>
            <w:r w:rsidRPr="00493F5C">
              <w:rPr>
                <w:b/>
                <w:color w:val="173A5E"/>
                <w:sz w:val="18"/>
                <w:szCs w:val="24"/>
              </w:rPr>
              <w:t xml:space="preserve">  ISSUE 08</w:t>
            </w:r>
          </w:p>
          <w:p w14:paraId="10BFBBA5" w14:textId="77777777" w:rsidR="00F23038" w:rsidRDefault="008E0DAE" w:rsidP="00493F5C">
            <w:pPr>
              <w:spacing w:after="0"/>
            </w:pPr>
            <w:r>
              <w:rPr>
                <w:b/>
                <w:color w:val="F4511E"/>
                <w:sz w:val="16"/>
              </w:rPr>
              <w:t>AUGUST 2026</w:t>
            </w:r>
          </w:p>
        </w:tc>
        <w:tc>
          <w:tcPr>
            <w:tcW w:w="3496" w:type="dxa"/>
            <w:tcBorders>
              <w:top w:val="single" w:sz="4" w:space="0" w:color="B8C5D0"/>
              <w:left w:val="single" w:sz="4" w:space="0" w:color="B8C5D0"/>
              <w:bottom w:val="single" w:sz="4" w:space="0" w:color="B8C5D0"/>
              <w:right w:val="single" w:sz="4" w:space="0" w:color="B8C5D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8E6CFA" w14:textId="77777777" w:rsidR="00F23038" w:rsidRDefault="008E0DAE" w:rsidP="00493F5C">
            <w:r>
              <w:rPr>
                <w:b/>
                <w:color w:val="173A5E"/>
                <w:sz w:val="15"/>
              </w:rPr>
              <w:t>MULTIDISCIPLINARY  •  PEER-REVIEWED</w:t>
            </w:r>
          </w:p>
          <w:p w14:paraId="40F789F6" w14:textId="77777777" w:rsidR="00F23038" w:rsidRDefault="008E0DAE" w:rsidP="00493F5C">
            <w:pPr>
              <w:spacing w:after="0"/>
            </w:pPr>
            <w:r>
              <w:rPr>
                <w:b/>
                <w:color w:val="687681"/>
                <w:sz w:val="15"/>
              </w:rPr>
              <w:t xml:space="preserve">OPEN </w:t>
            </w:r>
            <w:proofErr w:type="gramStart"/>
            <w:r>
              <w:rPr>
                <w:b/>
                <w:color w:val="687681"/>
                <w:sz w:val="15"/>
              </w:rPr>
              <w:t>ACCESS  •</w:t>
            </w:r>
            <w:proofErr w:type="gramEnd"/>
            <w:r>
              <w:rPr>
                <w:b/>
                <w:color w:val="687681"/>
                <w:sz w:val="15"/>
              </w:rPr>
              <w:t xml:space="preserve">  </w:t>
            </w:r>
            <w:r w:rsidRPr="00493F5C">
              <w:rPr>
                <w:b/>
                <w:color w:val="687681"/>
                <w:sz w:val="16"/>
                <w:szCs w:val="24"/>
              </w:rPr>
              <w:t>PAGES 01–13</w:t>
            </w:r>
          </w:p>
        </w:tc>
        <w:tc>
          <w:tcPr>
            <w:tcW w:w="3496" w:type="dxa"/>
            <w:tcBorders>
              <w:top w:val="single" w:sz="4" w:space="0" w:color="B8C5D0"/>
              <w:left w:val="single" w:sz="4" w:space="0" w:color="B8C5D0"/>
              <w:bottom w:val="single" w:sz="4" w:space="0" w:color="B8C5D0"/>
              <w:right w:val="single" w:sz="4" w:space="0" w:color="B8C5D0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7485B8" w14:textId="77777777" w:rsidR="00F23038" w:rsidRDefault="008E0DAE" w:rsidP="00493F5C">
            <w:r>
              <w:rPr>
                <w:b/>
                <w:color w:val="173A5E"/>
                <w:sz w:val="16"/>
              </w:rPr>
              <w:t>ISSN (ONLINE): 3139-8758</w:t>
            </w:r>
          </w:p>
          <w:p w14:paraId="583ADE80" w14:textId="5890D811" w:rsidR="00F23038" w:rsidRDefault="000B77E5" w:rsidP="00493F5C">
            <w:pPr>
              <w:spacing w:after="0"/>
            </w:pPr>
            <w:hyperlink r:id="rId8" w:history="1">
              <w:r w:rsidR="008E0DAE" w:rsidRPr="000B77E5">
                <w:rPr>
                  <w:rStyle w:val="Hyperlink"/>
                  <w:sz w:val="16"/>
                </w:rPr>
                <w:t>www.journalsrj.com</w:t>
              </w:r>
            </w:hyperlink>
          </w:p>
        </w:tc>
      </w:tr>
      <w:bookmarkEnd w:id="0"/>
    </w:tbl>
    <w:p w14:paraId="170ABA43" w14:textId="77777777" w:rsidR="00F23038" w:rsidRDefault="00F23038">
      <w:pPr>
        <w:spacing w:after="40"/>
      </w:pPr>
    </w:p>
    <w:p w14:paraId="11984AB9" w14:textId="77777777" w:rsidR="00F23038" w:rsidRDefault="008E0DAE">
      <w:pPr>
        <w:pBdr>
          <w:bottom w:val="single" w:sz="5" w:space="3" w:color="173A5E"/>
        </w:pBdr>
        <w:spacing w:after="80"/>
        <w:jc w:val="center"/>
      </w:pPr>
      <w:r>
        <w:rPr>
          <w:b/>
          <w:color w:val="F4511E"/>
          <w:sz w:val="17"/>
        </w:rPr>
        <w:t>ORIGINAL RESEARCH ARTICLE</w:t>
      </w:r>
    </w:p>
    <w:p w14:paraId="1A775F65" w14:textId="77777777" w:rsidR="00F23038" w:rsidRDefault="008E0DAE">
      <w:pPr>
        <w:spacing w:after="80"/>
        <w:jc w:val="center"/>
      </w:pPr>
      <w:r>
        <w:rPr>
          <w:b/>
          <w:color w:val="173A5E"/>
          <w:sz w:val="32"/>
        </w:rPr>
        <w:t>TITLE OF THE RESEARCH ARTICLE</w:t>
      </w:r>
    </w:p>
    <w:p w14:paraId="70936467" w14:textId="77777777" w:rsidR="00F23038" w:rsidRDefault="008E0DAE">
      <w:pPr>
        <w:jc w:val="center"/>
      </w:pPr>
      <w:r>
        <w:rPr>
          <w:b/>
          <w:color w:val="242A30"/>
          <w:sz w:val="20"/>
        </w:rPr>
        <w:t>Author Name¹, Author Name², Author Name³*</w:t>
      </w:r>
    </w:p>
    <w:p w14:paraId="617FC4E4" w14:textId="77777777" w:rsidR="00F23038" w:rsidRDefault="008E0DAE">
      <w:pPr>
        <w:spacing w:after="20"/>
      </w:pPr>
      <w:r>
        <w:rPr>
          <w:i/>
          <w:color w:val="687681"/>
          <w:sz w:val="16"/>
        </w:rPr>
        <w:t>1. Department / Institution / University, City, Country.</w:t>
      </w:r>
    </w:p>
    <w:p w14:paraId="7DB15A3B" w14:textId="77777777" w:rsidR="00F23038" w:rsidRDefault="008E0DAE">
      <w:pPr>
        <w:spacing w:after="20"/>
      </w:pPr>
      <w:r>
        <w:rPr>
          <w:i/>
          <w:color w:val="687681"/>
          <w:sz w:val="16"/>
        </w:rPr>
        <w:t>2. Department / Institution / University, City, Country.</w:t>
      </w:r>
    </w:p>
    <w:p w14:paraId="17DF8FDC" w14:textId="77777777" w:rsidR="00F23038" w:rsidRDefault="008E0DAE">
      <w:pPr>
        <w:spacing w:after="20"/>
      </w:pPr>
      <w:r>
        <w:rPr>
          <w:i/>
          <w:color w:val="687681"/>
          <w:sz w:val="16"/>
        </w:rPr>
        <w:t>3. Department / Institution / University, City, Country.</w:t>
      </w:r>
    </w:p>
    <w:p w14:paraId="769E994D" w14:textId="77777777" w:rsidR="00F23038" w:rsidRDefault="00F23038">
      <w:pPr>
        <w:spacing w:after="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F23038" w14:paraId="31AB3EAE" w14:textId="77777777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6C0985" w14:textId="77777777" w:rsidR="00F23038" w:rsidRDefault="008E0DAE">
            <w:pPr>
              <w:pBdr>
                <w:bottom w:val="single" w:sz="5" w:space="3" w:color="173A5E"/>
              </w:pBdr>
            </w:pPr>
            <w:r>
              <w:rPr>
                <w:b/>
                <w:color w:val="173A5E"/>
              </w:rPr>
              <w:t>MANUSCRIPT INFO</w:t>
            </w:r>
          </w:p>
          <w:p w14:paraId="74B6188B" w14:textId="77777777" w:rsidR="00F23038" w:rsidRDefault="008E0DAE">
            <w:pPr>
              <w:spacing w:after="20"/>
            </w:pPr>
            <w:r>
              <w:rPr>
                <w:b/>
                <w:sz w:val="16"/>
              </w:rPr>
              <w:t xml:space="preserve">Received: </w:t>
            </w:r>
            <w:r>
              <w:rPr>
                <w:sz w:val="16"/>
              </w:rPr>
              <w:t>DD Month YYYY</w:t>
            </w:r>
          </w:p>
          <w:p w14:paraId="08D8758D" w14:textId="77777777" w:rsidR="00F23038" w:rsidRDefault="008E0DAE">
            <w:pPr>
              <w:spacing w:after="20"/>
            </w:pPr>
            <w:r>
              <w:rPr>
                <w:b/>
                <w:sz w:val="16"/>
              </w:rPr>
              <w:t xml:space="preserve">Revised: </w:t>
            </w:r>
            <w:r>
              <w:rPr>
                <w:sz w:val="16"/>
              </w:rPr>
              <w:t>DD Month YYYY</w:t>
            </w:r>
          </w:p>
          <w:p w14:paraId="732248CF" w14:textId="77777777" w:rsidR="00F23038" w:rsidRDefault="008E0DAE">
            <w:pPr>
              <w:spacing w:after="20"/>
            </w:pPr>
            <w:r>
              <w:rPr>
                <w:b/>
                <w:sz w:val="16"/>
              </w:rPr>
              <w:t xml:space="preserve">Final Accepted: </w:t>
            </w:r>
            <w:r>
              <w:rPr>
                <w:sz w:val="16"/>
              </w:rPr>
              <w:t>DD Month YYYY</w:t>
            </w:r>
          </w:p>
          <w:p w14:paraId="05501BF2" w14:textId="77777777" w:rsidR="00F23038" w:rsidRDefault="008E0DAE">
            <w:pPr>
              <w:spacing w:after="20"/>
            </w:pPr>
            <w:r>
              <w:rPr>
                <w:b/>
                <w:sz w:val="16"/>
              </w:rPr>
              <w:t xml:space="preserve">Published: </w:t>
            </w:r>
            <w:r>
              <w:rPr>
                <w:sz w:val="16"/>
              </w:rPr>
              <w:t>DD Month YYYY</w:t>
            </w:r>
          </w:p>
          <w:p w14:paraId="6D4CD85F" w14:textId="77777777" w:rsidR="00F23038" w:rsidRDefault="008E0DAE">
            <w:pPr>
              <w:spacing w:before="60" w:after="20"/>
            </w:pPr>
            <w:r>
              <w:rPr>
                <w:b/>
                <w:color w:val="173A5E"/>
                <w:sz w:val="17"/>
              </w:rPr>
              <w:t>KEYWORDS</w:t>
            </w:r>
          </w:p>
          <w:p w14:paraId="608E8D11" w14:textId="77777777" w:rsidR="00493F5C" w:rsidRDefault="008E0DAE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keyword 1; </w:t>
            </w:r>
          </w:p>
          <w:p w14:paraId="7AC942DF" w14:textId="77777777" w:rsidR="00493F5C" w:rsidRDefault="008E0DAE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keyword 2; </w:t>
            </w:r>
          </w:p>
          <w:p w14:paraId="1884B852" w14:textId="77777777" w:rsidR="00493F5C" w:rsidRDefault="008E0DAE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keyword 3; </w:t>
            </w:r>
          </w:p>
          <w:p w14:paraId="307CD892" w14:textId="77777777" w:rsidR="00493F5C" w:rsidRDefault="008E0DAE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keyword 4; </w:t>
            </w:r>
          </w:p>
          <w:p w14:paraId="38159CF6" w14:textId="369FEE11" w:rsidR="00F23038" w:rsidRDefault="008E0DAE">
            <w:pPr>
              <w:spacing w:after="0"/>
            </w:pPr>
            <w:r>
              <w:rPr>
                <w:i/>
                <w:sz w:val="16"/>
              </w:rPr>
              <w:t>keyword 5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0336B4D" w14:textId="77777777" w:rsidR="00F23038" w:rsidRDefault="008E0DAE">
            <w:pPr>
              <w:pBdr>
                <w:bottom w:val="single" w:sz="5" w:space="3" w:color="173A5E"/>
              </w:pBdr>
            </w:pPr>
            <w:r>
              <w:rPr>
                <w:b/>
                <w:color w:val="173A5E"/>
              </w:rPr>
              <w:t>ABSTRACT</w:t>
            </w:r>
          </w:p>
          <w:p w14:paraId="3FA82BF5" w14:textId="57832743" w:rsidR="00F23038" w:rsidRDefault="008E0DAE">
            <w:pPr>
              <w:jc w:val="both"/>
            </w:pPr>
            <w:r>
              <w:rPr>
                <w:sz w:val="17"/>
              </w:rPr>
              <w:t>Background: Provide a concise statement of the research context and problem. Methods: Briefly describe the study design, participants, data collection and analysis. Results: Present the principal findings. Conclusion: State the main implication of the study.</w:t>
            </w:r>
            <w:r w:rsidR="00493F5C">
              <w:rPr>
                <w:sz w:val="17"/>
              </w:rPr>
              <w:t xml:space="preserve"> Background: Provide a concise statement of the research context and problem. Methods: Briefly describe the study design, participants, data collection and analysis. Results: Present the principal findings. Conclusion: State the main implication of the study. Background: Provide a concise statement of the research context and problem. Methods: Briefly describe the study design, participants, data collection and analysis. Results: Present the principal findings. Conclusion: State the main implication of the study. Background: Provide a concise statement of the research context and problem. Methods: Briefly describe the study design, participants, data collection and analysis. Results: Present the principal findings. Conclusion: State the main implication of the study.</w:t>
            </w:r>
          </w:p>
        </w:tc>
      </w:tr>
    </w:tbl>
    <w:p w14:paraId="1C9D0177" w14:textId="77777777" w:rsidR="00493F5C" w:rsidRDefault="00493F5C">
      <w:pPr>
        <w:spacing w:before="60" w:after="40"/>
        <w:rPr>
          <w:b/>
          <w:color w:val="173A5E"/>
          <w:sz w:val="16"/>
        </w:rPr>
      </w:pPr>
    </w:p>
    <w:p w14:paraId="1190698A" w14:textId="342CFCEE" w:rsidR="00F23038" w:rsidRDefault="008E0DAE">
      <w:pPr>
        <w:spacing w:before="60" w:after="40"/>
        <w:rPr>
          <w:color w:val="F4511E"/>
          <w:sz w:val="16"/>
        </w:rPr>
      </w:pPr>
      <w:r>
        <w:rPr>
          <w:b/>
          <w:color w:val="173A5E"/>
          <w:sz w:val="16"/>
        </w:rPr>
        <w:t xml:space="preserve">Article DOI: </w:t>
      </w:r>
      <w:hyperlink r:id="rId9" w:history="1">
        <w:r w:rsidR="00493F5C" w:rsidRPr="000A7BF8">
          <w:rPr>
            <w:rStyle w:val="Hyperlink"/>
            <w:sz w:val="16"/>
          </w:rPr>
          <w:t>10.68295/SRJ/XXXXXXXX</w:t>
        </w:r>
      </w:hyperlink>
    </w:p>
    <w:p w14:paraId="1FDF067E" w14:textId="293781F4" w:rsidR="00493F5C" w:rsidRDefault="00493F5C">
      <w:pPr>
        <w:spacing w:before="60" w:after="40"/>
      </w:pPr>
      <w:r>
        <w:rPr>
          <w:b/>
          <w:color w:val="173A5E"/>
          <w:sz w:val="16"/>
        </w:rPr>
        <w:t xml:space="preserve">Article URL: </w:t>
      </w:r>
      <w:hyperlink r:id="rId10" w:history="1">
        <w:r w:rsidRPr="000A7BF8">
          <w:rPr>
            <w:rStyle w:val="Hyperlink"/>
            <w:sz w:val="16"/>
          </w:rPr>
          <w:t>https://doi.org/10.68295/SRJ/XXXXXXXX</w:t>
        </w:r>
      </w:hyperlink>
    </w:p>
    <w:p w14:paraId="6C2D7BD1" w14:textId="77777777" w:rsidR="00F23038" w:rsidRDefault="008E0DAE">
      <w:pPr>
        <w:spacing w:after="40"/>
      </w:pPr>
      <w:r>
        <w:rPr>
          <w:color w:val="687681"/>
          <w:sz w:val="15"/>
        </w:rPr>
        <w:t>© 2026 by the Author(s). Published by SRJ Publication and Research LLP under the Creative Commons Attribution (CC BY) 4.0 License.</w:t>
      </w:r>
    </w:p>
    <w:p w14:paraId="27F3F2F8" w14:textId="47063ABF" w:rsidR="00F23038" w:rsidRDefault="00F23038">
      <w:pPr>
        <w:pBdr>
          <w:bottom w:val="single" w:sz="5" w:space="3" w:color="173A5E"/>
        </w:pBdr>
        <w:spacing w:before="60"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46"/>
      </w:tblGrid>
      <w:tr w:rsidR="00F23038" w14:paraId="263BA6B4" w14:textId="77777777" w:rsidTr="00493F5C">
        <w:trPr>
          <w:trHeight w:val="730"/>
        </w:trPr>
        <w:tc>
          <w:tcPr>
            <w:tcW w:w="10671" w:type="dxa"/>
            <w:tcBorders>
              <w:top w:val="nil"/>
              <w:left w:val="single" w:sz="8" w:space="0" w:color="F4511E"/>
              <w:bottom w:val="nil"/>
              <w:right w:val="nil"/>
            </w:tcBorders>
            <w:shd w:val="clear" w:color="auto" w:fill="F4F7F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4BCD940" w14:textId="77777777" w:rsidR="00F23038" w:rsidRDefault="008E0DAE">
            <w:pPr>
              <w:spacing w:after="0"/>
            </w:pPr>
            <w:r>
              <w:rPr>
                <w:b/>
                <w:color w:val="173A5E"/>
                <w:sz w:val="16"/>
              </w:rPr>
              <w:t xml:space="preserve">Corresponding Author: </w:t>
            </w:r>
            <w:r>
              <w:rPr>
                <w:sz w:val="16"/>
              </w:rPr>
              <w:t>Author Name</w:t>
            </w:r>
          </w:p>
          <w:p w14:paraId="6BE75F30" w14:textId="77777777" w:rsidR="00F23038" w:rsidRDefault="008E0DAE">
            <w:pPr>
              <w:spacing w:after="0"/>
            </w:pPr>
            <w:r>
              <w:rPr>
                <w:color w:val="687681"/>
                <w:sz w:val="15"/>
              </w:rPr>
              <w:t>Email: author@email.com   |   Address: Institution, City, Country</w:t>
            </w:r>
          </w:p>
        </w:tc>
      </w:tr>
    </w:tbl>
    <w:p w14:paraId="3D6B5FAE" w14:textId="77777777" w:rsidR="00493F5C" w:rsidRDefault="00493F5C">
      <w:pPr>
        <w:spacing w:after="80"/>
        <w:jc w:val="both"/>
        <w:rPr>
          <w:b/>
          <w:color w:val="173A5E"/>
          <w:sz w:val="20"/>
        </w:rPr>
      </w:pPr>
    </w:p>
    <w:p w14:paraId="66B64F1F" w14:textId="7B065803" w:rsidR="00493F5C" w:rsidRDefault="00493F5C">
      <w:pPr>
        <w:spacing w:after="80"/>
        <w:jc w:val="both"/>
      </w:pPr>
      <w:r>
        <w:rPr>
          <w:b/>
          <w:color w:val="173A5E"/>
          <w:sz w:val="20"/>
        </w:rPr>
        <w:t>1. Introduction</w:t>
      </w:r>
      <w:r>
        <w:t xml:space="preserve"> </w:t>
      </w:r>
    </w:p>
    <w:p w14:paraId="59772161" w14:textId="19763404" w:rsidR="00F23038" w:rsidRDefault="008E0DAE">
      <w:pPr>
        <w:spacing w:after="80"/>
        <w:jc w:val="both"/>
      </w:pPr>
      <w:r>
        <w:t>Write the introduction here. Use Times New Roman, 9.5 pt, justified text, single spacing. Continue the manuscript in two columns after the front matter.</w:t>
      </w:r>
    </w:p>
    <w:p w14:paraId="4A4865D9" w14:textId="77777777" w:rsidR="00F23038" w:rsidRDefault="008E0DAE">
      <w:pPr>
        <w:spacing w:after="80"/>
        <w:jc w:val="both"/>
      </w:pPr>
      <w:r>
        <w:t>Additional paragraphs may be added here. Use numbered headings for major sections and concise subheadings where appropriate.</w:t>
      </w:r>
    </w:p>
    <w:p w14:paraId="567806FA" w14:textId="77777777" w:rsidR="00F23038" w:rsidRDefault="00F23038">
      <w:pPr>
        <w:sectPr w:rsidR="00F23038">
          <w:footerReference w:type="default" r:id="rId11"/>
          <w:pgSz w:w="12240" w:h="15840"/>
          <w:pgMar w:top="605" w:right="792" w:bottom="605" w:left="792" w:header="216" w:footer="259" w:gutter="0"/>
          <w:cols w:space="720"/>
          <w:docGrid w:linePitch="360"/>
        </w:sectPr>
      </w:pPr>
    </w:p>
    <w:p w14:paraId="55B09A28" w14:textId="77777777" w:rsidR="00F23038" w:rsidRDefault="008E0DAE">
      <w:pPr>
        <w:spacing w:after="80"/>
      </w:pPr>
      <w:r>
        <w:rPr>
          <w:b/>
          <w:color w:val="173A5E"/>
          <w:sz w:val="20"/>
        </w:rPr>
        <w:t>2. Materials and Methods</w:t>
      </w:r>
    </w:p>
    <w:p w14:paraId="7316DB9A" w14:textId="77777777" w:rsidR="00F23038" w:rsidRDefault="008E0DAE">
      <w:pPr>
        <w:spacing w:after="80"/>
        <w:jc w:val="both"/>
      </w:pPr>
      <w:r>
        <w:t>Insert manuscript text here. The article body should continue in two columns with justified text and compact paragraph spacing.</w:t>
      </w:r>
    </w:p>
    <w:sectPr w:rsidR="00F23038" w:rsidSect="00034616">
      <w:type w:val="continuous"/>
      <w:pgSz w:w="12240" w:h="15840"/>
      <w:pgMar w:top="605" w:right="792" w:bottom="605" w:left="792" w:header="216" w:footer="259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6271D" w14:textId="77777777" w:rsidR="00445B67" w:rsidRDefault="00445B67">
      <w:pPr>
        <w:spacing w:after="0"/>
      </w:pPr>
      <w:r>
        <w:separator/>
      </w:r>
    </w:p>
  </w:endnote>
  <w:endnote w:type="continuationSeparator" w:id="0">
    <w:p w14:paraId="2B7D74A4" w14:textId="77777777" w:rsidR="00445B67" w:rsidRDefault="00445B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318E5" w14:textId="77777777" w:rsidR="00F23038" w:rsidRDefault="008E0DAE">
    <w:pPr>
      <w:pStyle w:val="Footer"/>
      <w:jc w:val="center"/>
    </w:pPr>
    <w:r>
      <w:rPr>
        <w:color w:val="687681"/>
        <w:sz w:val="15"/>
      </w:rPr>
      <w:t xml:space="preserve">SRJ: International Journal of Scientific Research   •   </w:t>
    </w:r>
    <w:r>
      <w:rPr>
        <w:color w:val="687681"/>
        <w:sz w:val="15"/>
      </w:rPr>
      <w:fldChar w:fldCharType="begin"/>
    </w:r>
    <w:r>
      <w:rPr>
        <w:color w:val="687681"/>
        <w:sz w:val="15"/>
      </w:rPr>
      <w:instrText>PAGE</w:instrText>
    </w:r>
    <w:r>
      <w:rPr>
        <w:color w:val="687681"/>
        <w:sz w:val="15"/>
      </w:rPr>
      <w:fldChar w:fldCharType="separate"/>
    </w:r>
    <w:r w:rsidR="00493F5C">
      <w:rPr>
        <w:noProof/>
        <w:color w:val="687681"/>
        <w:sz w:val="15"/>
      </w:rPr>
      <w:t>1</w:t>
    </w:r>
    <w:r>
      <w:rPr>
        <w:color w:val="687681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0CBA6" w14:textId="77777777" w:rsidR="00445B67" w:rsidRDefault="00445B67">
      <w:pPr>
        <w:spacing w:after="0"/>
      </w:pPr>
      <w:r>
        <w:separator/>
      </w:r>
    </w:p>
  </w:footnote>
  <w:footnote w:type="continuationSeparator" w:id="0">
    <w:p w14:paraId="335162AB" w14:textId="77777777" w:rsidR="00445B67" w:rsidRDefault="00445B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7E5"/>
    <w:rsid w:val="0015074B"/>
    <w:rsid w:val="0029639D"/>
    <w:rsid w:val="00326F90"/>
    <w:rsid w:val="00445B67"/>
    <w:rsid w:val="00493F5C"/>
    <w:rsid w:val="008E0DAE"/>
    <w:rsid w:val="00AA1D8D"/>
    <w:rsid w:val="00B47730"/>
    <w:rsid w:val="00CB0664"/>
    <w:rsid w:val="00F230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CF0DA5"/>
  <w14:defaultImageDpi w14:val="300"/>
  <w15:docId w15:val="{4BF4704A-C381-4ACA-A5ED-E5A12973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93F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journalsrj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68295/SRJ/XXXXXXX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68295/SRJ/XXXXXXX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Syeed Raja</cp:lastModifiedBy>
  <cp:revision>3</cp:revision>
  <dcterms:created xsi:type="dcterms:W3CDTF">2026-10-01T16:57:00Z</dcterms:created>
  <dcterms:modified xsi:type="dcterms:W3CDTF">2026-10-01T16:59:00Z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a182782584263c5a8ec3cd01ff11aff06683835572df2e8d4cb316d1898d020f</vt:lpwstr>
  </property>
</Properties>
</file>